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1"/>
        <w:spacing w:before="480" w:after="0"/>
        <w:jc w:val="center"/>
        <w:rPr>
          <w:rFonts w:ascii="Times New Roman" w:hAnsi="Times New Roman"/>
          <w:b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PŘIHLÁŠKA NA PŘÍMĚSTSKÝ TÁBOR HORKA 2026</w:t>
      </w:r>
    </w:p>
    <w:p>
      <w:pPr>
        <w:pStyle w:val="Normal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73100" cy="73914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Údaje o táboře: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Termín konání:</w:t>
      </w:r>
      <w:r>
        <w:rPr>
          <w:rFonts w:ascii="Times New Roman" w:hAnsi="Times New Roman"/>
        </w:rPr>
        <w:t xml:space="preserve"> 3. 8. – 7. 8. 2026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Věk dětí:</w:t>
      </w:r>
      <w:r>
        <w:rPr>
          <w:rFonts w:ascii="Times New Roman" w:hAnsi="Times New Roman"/>
        </w:rPr>
        <w:t xml:space="preserve"> 6 – 13 let, max. kapacita 15 dětí</w:t>
        <w:br/>
      </w:r>
      <w:r>
        <w:rPr>
          <w:rFonts w:ascii="Times New Roman" w:hAnsi="Times New Roman"/>
          <w:b/>
          <w:bCs/>
        </w:rPr>
        <w:t>Čas konání:</w:t>
      </w:r>
      <w:r>
        <w:rPr>
          <w:rFonts w:ascii="Times New Roman" w:hAnsi="Times New Roman"/>
        </w:rPr>
        <w:t xml:space="preserve"> od 7:30 do 16:00 hodin</w:t>
        <w:br/>
      </w:r>
      <w:r>
        <w:rPr>
          <w:rFonts w:ascii="Times New Roman" w:hAnsi="Times New Roman"/>
          <w:b/>
          <w:bCs/>
        </w:rPr>
        <w:t>Místo konání:</w:t>
      </w:r>
      <w:r>
        <w:rPr>
          <w:rFonts w:ascii="Times New Roman" w:hAnsi="Times New Roman"/>
        </w:rPr>
        <w:t xml:space="preserve"> obec Horka – dolní hřiště</w:t>
        <w:br/>
      </w:r>
      <w:r>
        <w:rPr>
          <w:rFonts w:ascii="Times New Roman" w:hAnsi="Times New Roman"/>
          <w:b/>
          <w:bCs/>
        </w:rPr>
        <w:t>Kontaktní osoba:</w:t>
      </w:r>
      <w:r>
        <w:rPr>
          <w:rFonts w:ascii="Times New Roman" w:hAnsi="Times New Roman"/>
        </w:rPr>
        <w:t xml:space="preserve"> Dana Dostálová. Tel. 724 180 935, </w:t>
      </w:r>
      <w:r>
        <w:rPr>
          <w:rFonts w:ascii="Times New Roman" w:hAnsi="Times New Roman"/>
          <w:b w:val="false"/>
          <w:bCs w:val="false"/>
          <w:sz w:val="22"/>
        </w:rPr>
        <w:t>obec.horka@seznam.cz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</w:rPr>
        <w:t xml:space="preserve">Kontaktní osoba za vedoucí: </w:t>
      </w:r>
      <w:r>
        <w:rPr>
          <w:rFonts w:ascii="Times New Roman" w:hAnsi="Times New Roman"/>
          <w:b w:val="false"/>
          <w:bCs w:val="false"/>
          <w:sz w:val="22"/>
        </w:rPr>
        <w:t>Markéta Horáková,</w:t>
      </w:r>
      <w:r>
        <w:rPr>
          <w:rFonts w:ascii="Times New Roman" w:hAnsi="Times New Roman"/>
          <w:b/>
          <w:bCs/>
          <w:sz w:val="22"/>
        </w:rPr>
        <w:t xml:space="preserve"> </w:t>
      </w:r>
      <w:r>
        <w:rPr>
          <w:rFonts w:ascii="Times New Roman" w:hAnsi="Times New Roman"/>
          <w:b w:val="false"/>
          <w:bCs w:val="false"/>
          <w:sz w:val="22"/>
        </w:rPr>
        <w:t>727 918 133</w:t>
      </w:r>
      <w:r>
        <w:rPr>
          <w:rFonts w:ascii="Times New Roman" w:hAnsi="Times New Roman"/>
          <w:b/>
          <w:bCs/>
          <w:sz w:val="22"/>
        </w:rPr>
        <w:br/>
        <w:t>Cena tábora: 2.</w:t>
      </w:r>
      <w:r>
        <w:rPr>
          <w:rFonts w:ascii="Times New Roman" w:hAnsi="Times New Roman"/>
          <w:b/>
          <w:bCs/>
          <w:sz w:val="22"/>
        </w:rPr>
        <w:t>0</w:t>
      </w:r>
      <w:r>
        <w:rPr>
          <w:rFonts w:ascii="Times New Roman" w:hAnsi="Times New Roman"/>
          <w:b/>
          <w:bCs/>
          <w:sz w:val="22"/>
        </w:rPr>
        <w:t>00,- Kč / 2.</w:t>
      </w:r>
      <w:r>
        <w:rPr>
          <w:rFonts w:ascii="Times New Roman" w:hAnsi="Times New Roman"/>
          <w:b/>
          <w:bCs/>
          <w:sz w:val="22"/>
        </w:rPr>
        <w:t>5</w:t>
      </w:r>
      <w:r>
        <w:rPr>
          <w:rFonts w:ascii="Times New Roman" w:hAnsi="Times New Roman"/>
          <w:b/>
          <w:bCs/>
          <w:sz w:val="22"/>
        </w:rPr>
        <w:t>00,- Kč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Uzávěrka přihlášek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  <w:bCs/>
        </w:rPr>
        <w:t>30. 6. 2026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Vyplněnou a podepsanou Přihlášku a Dotazník o zdravotním stavu dítěte zašlete elektronicky na e-mail: obec.horka@seznam.cz nebo vše přineste osobně na OÚ Horka do </w:t>
      </w:r>
      <w:r>
        <w:rPr>
          <w:rFonts w:ascii="Times New Roman" w:hAnsi="Times New Roman"/>
          <w:b/>
          <w:bCs/>
        </w:rPr>
        <w:t>30.6.2026.</w:t>
      </w:r>
      <w:r>
        <w:rPr>
          <w:rFonts w:ascii="Times New Roman" w:hAnsi="Times New Roman"/>
        </w:rPr>
        <w:t xml:space="preserve"> Podrobnější informace o konání tábora včetně potvrzení o bezinfečnosti budou zaslány e-mailem zákonným zástupcům dítěte.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z w:val="28"/>
          <w:szCs w:val="28"/>
          <w:u w:val="single"/>
        </w:rPr>
        <w:t>Účastník tábora</w:t>
      </w:r>
      <w:r>
        <w:rPr>
          <w:rFonts w:ascii="Times New Roman" w:hAnsi="Times New Roman"/>
        </w:rPr>
        <w:br/>
        <w:t>Jméno a příjmení: ______________________________________________</w:t>
        <w:br/>
        <w:t>Datum narození: ________________________________________________</w:t>
        <w:br/>
        <w:t>Bydliště: ______________________________________________________</w:t>
      </w:r>
    </w:p>
    <w:p>
      <w:pPr>
        <w:pStyle w:val="Normal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Rodiče (zákonní zástupci)</w:t>
      </w:r>
      <w:r>
        <w:rPr>
          <w:rFonts w:ascii="Times New Roman" w:hAnsi="Times New Roman"/>
        </w:rPr>
        <w:br/>
        <w:t>Jméno a příjmení zákonného zástupce:</w:t>
        <w:br/>
        <w:t>_______________________________________________________________</w:t>
        <w:br/>
        <w:t>Tel.: ____________________    E-mail: ___________________________</w:t>
        <w:br/>
        <w:t>Jméno a příjmení zákonného zástupce:</w:t>
        <w:br/>
        <w:t>_______________________________________________________________</w:t>
        <w:br/>
        <w:t>Tel.: ____________________    E-mail: ___________________________</w:t>
        <w:br/>
      </w:r>
    </w:p>
    <w:p>
      <w:pPr>
        <w:pStyle w:val="Normal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Informace o platbě a ceně:</w:t>
      </w:r>
      <w:r>
        <w:rPr>
          <w:rFonts w:ascii="Times New Roman" w:hAnsi="Times New Roman"/>
        </w:rPr>
        <w:br/>
        <w:t xml:space="preserve">Cena příměstského tábora s docházkou účastníka po celý týden s celodenní stravou je </w:t>
      </w:r>
      <w:r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00,- Kč</w:t>
      </w:r>
      <w:r>
        <w:rPr>
          <w:rFonts w:ascii="Times New Roman" w:hAnsi="Times New Roman"/>
        </w:rPr>
        <w:t xml:space="preserve"> pro děti z Horky, pro ostatní účastníky je cena tábora </w:t>
      </w:r>
      <w:r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00,- Kč.</w:t>
      </w:r>
      <w:r>
        <w:rPr>
          <w:rFonts w:ascii="Times New Roman" w:hAnsi="Times New Roman"/>
        </w:rPr>
        <w:br/>
        <w:t xml:space="preserve">Částku je nutné uhradit nejpozději do </w:t>
      </w:r>
      <w:r>
        <w:rPr>
          <w:rFonts w:ascii="Times New Roman" w:hAnsi="Times New Roman"/>
          <w:b/>
          <w:bCs/>
        </w:rPr>
        <w:t xml:space="preserve">15. 7. 2026: </w:t>
      </w:r>
      <w:r>
        <w:rPr>
          <w:rFonts w:ascii="Times New Roman" w:hAnsi="Times New Roman"/>
        </w:rPr>
        <w:t xml:space="preserve">v hotovosti na OÚ Horka nebo převodem na účet obce: </w:t>
      </w:r>
      <w:r>
        <w:rPr>
          <w:rFonts w:ascii="Times New Roman" w:hAnsi="Times New Roman"/>
          <w:b/>
          <w:bCs/>
        </w:rPr>
        <w:t>9329531/0100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  <w:b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Zákonný zástupce se zavazuje:</w:t>
      </w:r>
    </w:p>
    <w:p>
      <w:pPr>
        <w:pStyle w:val="Normal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</w:rPr>
        <w:t>že nejpozději při prvním příchodu účastníka / dítěte na tábor odevzdá kopii kartičky pojištěnce a vyplněný a zákonným zástupcem podepsaný Dotazník o zdravotním stavu dítěte, pokud tak neučinil již s elektronickým zasláním / osobním předáním Přihlášky na příměstský tábor.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  <w:b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Zákonný zástupce souhlasí: </w:t>
      </w:r>
    </w:p>
    <w:p>
      <w:pPr>
        <w:pStyle w:val="Normal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</w:rPr>
        <w:t>že se jeho dítě zúčastní celého táborového programu s přihlédnutím ke zdravotnímu stavu a omezením uvedeným ve zdravotním dotazníku (anamnéza), který je nedílnou součástí této přihlášky. s fotografováním (pořizováním podobenek) svého dítěte a audiovizuálním záznamem v rámci náplně činnosti a aktivit příměstského tábora.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z w:val="28"/>
          <w:szCs w:val="28"/>
          <w:u w:val="single"/>
        </w:rPr>
        <w:t>Zákonný zástupce potvrzuje, že účastník tábora:</w:t>
      </w:r>
      <w:r>
        <w:rPr>
          <w:rFonts w:ascii="Times New Roman" w:hAnsi="Times New Roman"/>
        </w:rPr>
        <w:br/>
        <w:t>☐ bude příměstský tábor navštěvovat pravidelně každý den po celý týden</w:t>
        <w:br/>
        <w:t>☐ smí po skončení programu odcházet sám/sama</w:t>
        <w:br/>
        <w:t>☐ bude vyzvednut zákonným zástupcem nebo pověřenou osobou</w:t>
      </w:r>
    </w:p>
    <w:p>
      <w:pPr>
        <w:pStyle w:val="Normal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/>
        <w:t>Osoby oprávněné k vyzvedávání dítěte a jejich kontaktní údaje:</w:t>
      </w:r>
    </w:p>
    <w:p>
      <w:pPr>
        <w:pStyle w:val="Normal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</w:t>
        <w:br/>
        <w:br/>
      </w:r>
      <w:r>
        <w:rPr>
          <w:rFonts w:ascii="Times New Roman" w:hAnsi="Times New Roman"/>
          <w:i/>
          <w:iCs/>
        </w:rPr>
        <w:t xml:space="preserve">Podepsáním této přihlášky závazně přihlašuji dítě na Příměstský tábor Horka 2026 a zároveň potvrzuji správnost uvedených údajů a dávám tímto souhlas, aby pořadatel s údaji pracoval v souladu </w:t>
      </w:r>
      <w:r>
        <w:rPr>
          <w:rFonts w:ascii="Times New Roman" w:hAnsi="Times New Roman"/>
          <w:i/>
          <w:iCs/>
        </w:rPr>
        <w:t>s</w:t>
      </w:r>
      <w:r>
        <w:rPr>
          <w:rFonts w:ascii="Times New Roman" w:hAnsi="Times New Roman"/>
          <w:i/>
          <w:iCs/>
        </w:rPr>
        <w:t xml:space="preserve"> Nařízením Evropského parlamentu a Rady (EU) 2016/679 (GDPR) a zákonem č. 110/2019 Sb., o zpracování osobních údajů. </w:t>
      </w:r>
      <w:r>
        <w:rPr>
          <w:rFonts w:ascii="Times New Roman" w:hAnsi="Times New Roman"/>
        </w:rPr>
        <w:br/>
        <w:br/>
        <w:t>V __________________________ dne ______________________________</w:t>
        <w:br/>
        <w:br/>
        <w:t>Podpis zákonného zástupce: _____________________________________</w:t>
        <w:br/>
      </w:r>
      <w:r>
        <w:br w:type="page"/>
      </w:r>
    </w:p>
    <w:p>
      <w:pPr>
        <w:pStyle w:val="Nadpis1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DOTAZNÍK O ZDRAVOTNÍM STAVU DÍTĚTE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br/>
        <w:t>Jméno a příjmení dítěte:</w:t>
        <w:br/>
        <w:t>_______________________________________________________________</w:t>
        <w:br/>
        <w:br/>
        <w:t>Zdravotní pojišťovna: _________________________________</w:t>
        <w:br/>
        <w:br/>
        <w:t>Datum narození: _______________________________________</w:t>
        <w:br/>
        <w:br/>
        <w:t>Astma: ANO / NE</w:t>
        <w:br/>
        <w:t>Poznámka:</w:t>
        <w:br/>
        <w:t>_______________________________________________________________</w:t>
        <w:br/>
        <w:br/>
        <w:t>Alergie: ANO / NE</w:t>
        <w:br/>
        <w:t>Jaké, alergeny, projevy:</w:t>
        <w:br/>
        <w:t>_______________________________________________________________</w:t>
        <w:br/>
        <w:br/>
        <w:t>Léky: ANO / NE</w:t>
        <w:br/>
        <w:t>Kolikrát denně, v kolik hodin a v jakém množství:</w:t>
        <w:br/>
        <w:t>_______________________________________________________________</w:t>
        <w:br/>
        <w:br/>
        <w:t>Další zdravotní problémy nebo upozornění:</w:t>
        <w:br/>
        <w:t>_______________________________________________________________</w:t>
        <w:br/>
        <w:br/>
        <w:t>Je dítě schopné pohybové aktivity bez omezení?</w:t>
        <w:br/>
        <w:t>_______________________________________________________________</w:t>
        <w:br/>
        <w:br/>
        <w:t>Jiná sdělení:</w:t>
        <w:br/>
        <w:t>_______________________________________________________________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</w:t>
        <w:br/>
        <w:br/>
        <w:t>V případě zdravotních problémů dítěte může vedoucí požádat rodiče o neprodlené vyzvednutí dítěte.</w:t>
        <w:br/>
        <w:br/>
        <w:t>V __________________________ dne ______________________________</w:t>
        <w:br/>
        <w:br/>
        <w:t>Podpis zákonného zástupce: _____________________________________</w:t>
        <w:b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dpis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dpis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Zdraznn">
    <w:name w:val="Zdůraznění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eznam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zev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itul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LibreOffice/7.3.2.2$Windows_X86_64 LibreOffice_project/49f2b1bff42cfccbd8f788c8dc32c1c309559be0</Application>
  <AppVersion>15.0000</AppVersion>
  <Pages>3</Pages>
  <Words>462</Words>
  <Characters>3759</Characters>
  <CharactersWithSpaces>4236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2026-06-16T13:17:49Z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